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rFonts w:ascii="Arial" w:hAnsi="Arial" w:eastAsia="Arial"/>
          <w:b/>
          <w:i w:val="0"/>
          <w:color w:val="0F1A77"/>
          <w:sz w:val="32"/>
        </w:rPr>
        <w:t>Modèles de page de garde de mémoire : mode d'emploi</w:t>
      </w:r>
    </w:p>
    <w:p>
      <w:pPr>
        <w:pStyle w:val="ListNumber"/>
        <w:spacing w:after="120"/>
      </w:pPr>
      <w:r>
        <w:rPr>
          <w:rFonts w:ascii="Arial" w:hAnsi="Arial" w:eastAsia="Arial"/>
          <w:b w:val="0"/>
          <w:i w:val="0"/>
          <w:sz w:val="22"/>
        </w:rPr>
        <w:t>Ce fichier contient 4 modèles, un par page. Gardez celui qui correspond à votre mémoire et supprimez les autres pages.</w:t>
      </w:r>
    </w:p>
    <w:p>
      <w:pPr>
        <w:pStyle w:val="ListNumber"/>
        <w:spacing w:after="120"/>
      </w:pPr>
      <w:r>
        <w:rPr>
          <w:rFonts w:ascii="Arial" w:hAnsi="Arial" w:eastAsia="Arial"/>
          <w:b w:val="0"/>
          <w:i w:val="0"/>
          <w:sz w:val="22"/>
        </w:rPr>
        <w:t>Remplacez chaque élément entre crochets par vos informations, puis supprimez les crochets.</w:t>
      </w:r>
    </w:p>
    <w:p>
      <w:pPr>
        <w:pStyle w:val="ListNumber"/>
        <w:spacing w:after="120"/>
      </w:pPr>
      <w:r>
        <w:rPr>
          <w:rFonts w:ascii="Arial" w:hAnsi="Arial" w:eastAsia="Arial"/>
          <w:b w:val="0"/>
          <w:i w:val="0"/>
          <w:sz w:val="22"/>
        </w:rPr>
        <w:t>Remplacez les cadres « Logo » par le fichier officiel fourni par votre établissement (Insertion, Images), sans le déformer.</w:t>
      </w:r>
    </w:p>
    <w:p>
      <w:pPr>
        <w:pStyle w:val="ListNumber"/>
        <w:spacing w:after="120"/>
      </w:pPr>
      <w:r>
        <w:rPr>
          <w:rFonts w:ascii="Arial" w:hAnsi="Arial" w:eastAsia="Arial"/>
          <w:b w:val="0"/>
          <w:i w:val="0"/>
          <w:sz w:val="22"/>
        </w:rPr>
        <w:t>Gardez la page de garde sans numéro de page : dans Word, cochez « Première page différente » dans l'en-tête et le pied de page, ou placez-la dans une section à part.</w:t>
      </w:r>
    </w:p>
    <w:p>
      <w:pPr>
        <w:pStyle w:val="ListNumber"/>
        <w:spacing w:after="120"/>
      </w:pPr>
      <w:r>
        <w:rPr>
          <w:rFonts w:ascii="Arial" w:hAnsi="Arial" w:eastAsia="Arial"/>
          <w:b w:val="0"/>
          <w:i w:val="0"/>
          <w:sz w:val="22"/>
        </w:rPr>
        <w:t>Les consignes de votre établissement, de votre école doctorale ou de votre faculté priment toujours sur ce modèle : vérifiez-les avant d'imprimer.</w:t>
      </w:r>
    </w:p>
    <w:p>
      <w:pPr>
        <w:pStyle w:val="ListNumber"/>
        <w:spacing w:after="120"/>
      </w:pPr>
      <w:r>
        <w:rPr>
          <w:rFonts w:ascii="Arial" w:hAnsi="Arial" w:eastAsia="Arial"/>
          <w:b w:val="0"/>
          <w:i w:val="0"/>
          <w:sz w:val="22"/>
        </w:rPr>
        <w:t>Exportez ensuite le document complet en PDF et contrôlez la page de garde à 100 % avant de lancer l'impression.</w:t>
      </w:r>
    </w:p>
    <w:p>
      <w:pPr>
        <w:spacing w:before="280"/>
      </w:pPr>
      <w:r>
        <w:rPr>
          <w:rFonts w:ascii="Arial" w:hAnsi="Arial" w:eastAsia="Arial"/>
          <w:b/>
          <w:i w:val="0"/>
          <w:sz w:val="22"/>
        </w:rPr>
        <w:t>Modèles inclus :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22"/>
        </w:rPr>
        <w:t>Modèle 1 : mémoire universitaire classique (licence, master)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22"/>
        </w:rPr>
        <w:t>Modèle 2 : mémoire de stage ou d'alternance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22"/>
        </w:rPr>
        <w:t>Modèle 3 : mémoire de recherche avec jury de soutenance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22"/>
        </w:rPr>
        <w:t>Modèle 4 : mémoire de diplôme d'État ou d'école (santé, social, école)</w:t>
      </w:r>
    </w:p>
    <w:p>
      <w:pPr>
        <w:spacing w:before="360"/>
      </w:pPr>
      <w:r>
        <w:rPr>
          <w:rFonts w:ascii="Arial" w:hAnsi="Arial" w:eastAsia="Arial"/>
          <w:b w:val="0"/>
          <w:i/>
          <w:color w:val="6B6B6B"/>
          <w:sz w:val="18"/>
        </w:rPr>
        <w:t>Modèles proposés par l'atelier impression-memoire.com. Libres d'utilisation et de modification.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</w:tblGrid>
      <w:tr>
        <w:trPr>
          <w:trHeight w:val="1474"/>
        </w:trPr>
        <w:tc>
          <w:tcPr>
            <w:tcW w:type="dxa" w:w="3402"/>
            <w:tcBorders>
              <w:top w:val="single" w:sz="6" w:color="9A9A9A"/>
              <w:left w:val="single" w:sz="6" w:color="9A9A9A"/>
              <w:bottom w:val="single" w:sz="6" w:color="9A9A9A"/>
              <w:right w:val="single" w:sz="6" w:color="9A9A9A"/>
            </w:tcBorders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6B6B6B"/>
                <w:sz w:val="20"/>
              </w:rPr>
              <w:t>[Logo de l'université]</w:t>
            </w:r>
          </w:p>
        </w:tc>
      </w:tr>
    </w:tbl>
    <w:p>
      <w:pPr>
        <w:spacing w:after="200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UNIVERSITÉ [NOM DE L'UNIVERSITÉ]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[UFR, faculté ou institut]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[Département]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MÉMOIRE DE [LICENCE / MASTER 1 / MASTER 2]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Mention [mention], parcours [parcours]</w:t>
      </w:r>
    </w:p>
    <w:p>
      <w:pPr>
        <w:spacing w:before="0" w:after="680"/>
        <w:jc w:val="center"/>
      </w:pPr>
    </w:p>
    <w:p>
      <w:pPr>
        <w:spacing w:before="0" w:after="160"/>
        <w:jc w:val="center"/>
      </w:pPr>
      <w:r>
        <w:rPr>
          <w:rFonts w:ascii="Times New Roman" w:hAnsi="Times New Roman" w:eastAsia="Times New Roman"/>
          <w:b/>
          <w:i w:val="0"/>
          <w:color w:val="0F1A77"/>
          <w:sz w:val="52"/>
        </w:rPr>
        <w:t>[TITRE DU MÉMOIRE]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/>
          <w:sz w:val="30"/>
        </w:rPr>
        <w:t>[Sous-titre éventuel]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Présenté par [Prénom NOM]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Sous la direction de [Madame ou Monsieur Prénom NOM], [fonction]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color w:val="6B6B6B"/>
          <w:sz w:val="22"/>
        </w:rPr>
        <w:t>Année universitaire [20XX-20XX]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2835"/>
        <w:gridCol w:w="2948"/>
      </w:tblGrid>
      <w:tr>
        <w:trPr>
          <w:trHeight w:val="1474"/>
        </w:trPr>
        <w:tc>
          <w:tcPr>
            <w:tcW w:type="dxa" w:w="2948"/>
            <w:tcBorders>
              <w:top w:val="single" w:sz="6" w:color="9A9A9A"/>
              <w:left w:val="single" w:sz="6" w:color="9A9A9A"/>
              <w:bottom w:val="single" w:sz="6" w:color="9A9A9A"/>
              <w:right w:val="single" w:sz="6" w:color="9A9A9A"/>
            </w:tcBorders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/>
                <w:color w:val="6B6B6B"/>
                <w:sz w:val="20"/>
              </w:rPr>
              <w:t>[Logo de l'établissement]</w:t>
            </w:r>
          </w:p>
        </w:tc>
        <w:tc>
          <w:tcPr>
            <w:tcW w:type="dxa" w:w="2835"/>
          </w:tcPr>
          <w:p/>
        </w:tc>
        <w:tc>
          <w:tcPr>
            <w:tcW w:type="dxa" w:w="2948"/>
            <w:tcBorders>
              <w:top w:val="single" w:sz="6" w:color="9A9A9A"/>
              <w:left w:val="single" w:sz="6" w:color="9A9A9A"/>
              <w:bottom w:val="single" w:sz="6" w:color="9A9A9A"/>
              <w:right w:val="single" w:sz="6" w:color="9A9A9A"/>
            </w:tcBorders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/>
                <w:color w:val="6B6B6B"/>
                <w:sz w:val="20"/>
              </w:rPr>
              <w:t>[Logo de l'entreprise d'accueil]</w:t>
            </w:r>
          </w:p>
        </w:tc>
      </w:tr>
    </w:tbl>
    <w:p>
      <w:pPr>
        <w:spacing w:after="200"/>
      </w:pPr>
    </w:p>
    <w:p>
      <w:pPr>
        <w:spacing w:before="0" w:after="80"/>
        <w:jc w:val="center"/>
      </w:pPr>
      <w:r>
        <w:rPr>
          <w:rFonts w:ascii="Arial" w:hAnsi="Arial" w:eastAsia="Arial"/>
          <w:b/>
          <w:i w:val="0"/>
          <w:sz w:val="30"/>
        </w:rPr>
        <w:t>[NOM DE L'ÉTABLISSEMENT]</w:t>
      </w:r>
    </w:p>
    <w:p>
      <w:pPr>
        <w:spacing w:before="0" w:after="80"/>
        <w:jc w:val="center"/>
      </w:pPr>
      <w:r>
        <w:rPr>
          <w:rFonts w:ascii="Arial" w:hAnsi="Arial" w:eastAsia="Arial"/>
          <w:b w:val="0"/>
          <w:i w:val="0"/>
          <w:sz w:val="26"/>
        </w:rPr>
        <w:t>[Formation et niveau]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Arial" w:hAnsi="Arial" w:eastAsia="Arial"/>
          <w:b/>
          <w:i w:val="0"/>
          <w:sz w:val="28"/>
        </w:rPr>
        <w:t>MÉMOIRE DE [STAGE / FIN D'ÉTUDES EN ALTERNANCE]</w:t>
      </w:r>
    </w:p>
    <w:p>
      <w:pPr>
        <w:spacing w:before="0" w:after="680"/>
        <w:jc w:val="center"/>
      </w:pPr>
    </w:p>
    <w:p>
      <w:pPr>
        <w:spacing w:before="0" w:after="160"/>
        <w:jc w:val="center"/>
      </w:pPr>
      <w:r>
        <w:rPr>
          <w:rFonts w:ascii="Arial" w:hAnsi="Arial" w:eastAsia="Arial"/>
          <w:b/>
          <w:i w:val="0"/>
          <w:color w:val="0F1A77"/>
          <w:sz w:val="52"/>
        </w:rPr>
        <w:t>[TITRE DU MÉMOIRE]</w:t>
      </w:r>
    </w:p>
    <w:p>
      <w:pPr>
        <w:spacing w:before="0" w:after="80"/>
        <w:jc w:val="center"/>
      </w:pPr>
      <w:r>
        <w:rPr>
          <w:rFonts w:ascii="Arial" w:hAnsi="Arial" w:eastAsia="Arial"/>
          <w:b w:val="0"/>
          <w:i/>
          <w:sz w:val="30"/>
        </w:rPr>
        <w:t>[Sous-titre éventuel]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Arial" w:hAnsi="Arial" w:eastAsia="Arial"/>
          <w:b w:val="0"/>
          <w:i w:val="0"/>
          <w:sz w:val="26"/>
        </w:rPr>
        <w:t>Réalisé au sein de [nom de l'entreprise ou de la structure]</w:t>
      </w:r>
    </w:p>
    <w:p>
      <w:pPr>
        <w:spacing w:before="0" w:after="80"/>
        <w:jc w:val="center"/>
      </w:pPr>
      <w:r>
        <w:rPr>
          <w:rFonts w:ascii="Arial" w:hAnsi="Arial" w:eastAsia="Arial"/>
          <w:b w:val="0"/>
          <w:i w:val="0"/>
          <w:sz w:val="26"/>
        </w:rPr>
        <w:t>Période : du [date de début] au [date de fin]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Arial" w:hAnsi="Arial" w:eastAsia="Arial"/>
          <w:b w:val="0"/>
          <w:i w:val="0"/>
          <w:sz w:val="26"/>
        </w:rPr>
        <w:t>Présenté par [Prénom NOM]</w:t>
      </w:r>
    </w:p>
    <w:p>
      <w:pPr>
        <w:spacing w:before="0" w:after="80"/>
        <w:jc w:val="center"/>
      </w:pPr>
      <w:r>
        <w:rPr>
          <w:rFonts w:ascii="Arial" w:hAnsi="Arial" w:eastAsia="Arial"/>
          <w:b w:val="0"/>
          <w:i w:val="0"/>
          <w:sz w:val="26"/>
        </w:rPr>
        <w:t>Tuteur pédagogique : [Prénom NOM]</w:t>
      </w:r>
    </w:p>
    <w:p>
      <w:pPr>
        <w:spacing w:before="0" w:after="80"/>
        <w:jc w:val="center"/>
      </w:pPr>
      <w:r>
        <w:rPr>
          <w:rFonts w:ascii="Arial" w:hAnsi="Arial" w:eastAsia="Arial"/>
          <w:b w:val="0"/>
          <w:i w:val="0"/>
          <w:sz w:val="26"/>
        </w:rPr>
        <w:t>Tuteur en entreprise : [Prénom NOM], [fonction]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Arial" w:hAnsi="Arial" w:eastAsia="Arial"/>
          <w:b w:val="0"/>
          <w:i w:val="0"/>
          <w:color w:val="6B6B6B"/>
          <w:sz w:val="22"/>
        </w:rPr>
        <w:t>Année [20XX-20XX]</w:t>
      </w:r>
    </w:p>
    <w:p>
      <w:pPr>
        <w:spacing w:before="0" w:after="80"/>
        <w:jc w:val="center"/>
      </w:pPr>
      <w:r>
        <w:rPr>
          <w:rFonts w:ascii="Arial" w:hAnsi="Arial" w:eastAsia="Arial"/>
          <w:b w:val="0"/>
          <w:i w:val="0"/>
          <w:color w:val="6B6B6B"/>
          <w:sz w:val="22"/>
        </w:rPr>
        <w:t>[Mention de confidentialité, si l'entreprise l'exige]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</w:tblGrid>
      <w:tr>
        <w:trPr>
          <w:trHeight w:val="1474"/>
        </w:trPr>
        <w:tc>
          <w:tcPr>
            <w:tcW w:type="dxa" w:w="3402"/>
            <w:tcBorders>
              <w:top w:val="single" w:sz="6" w:color="9A9A9A"/>
              <w:left w:val="single" w:sz="6" w:color="9A9A9A"/>
              <w:bottom w:val="single" w:sz="6" w:color="9A9A9A"/>
              <w:right w:val="single" w:sz="6" w:color="9A9A9A"/>
            </w:tcBorders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6B6B6B"/>
                <w:sz w:val="20"/>
              </w:rPr>
              <w:t>[Logo de l'université]</w:t>
            </w:r>
          </w:p>
        </w:tc>
      </w:tr>
    </w:tbl>
    <w:p>
      <w:pPr>
        <w:spacing w:after="200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UNIVERSITÉ [NOM DE L'UNIVERSITÉ]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[UFR ou faculté]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Mémoire de recherche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Master [mention], parcours [parcours]</w:t>
      </w:r>
    </w:p>
    <w:p>
      <w:pPr>
        <w:spacing w:before="0" w:after="680"/>
        <w:jc w:val="center"/>
      </w:pPr>
    </w:p>
    <w:p>
      <w:pPr>
        <w:spacing w:before="0" w:after="160"/>
        <w:jc w:val="center"/>
      </w:pPr>
      <w:r>
        <w:rPr>
          <w:rFonts w:ascii="Times New Roman" w:hAnsi="Times New Roman" w:eastAsia="Times New Roman"/>
          <w:b/>
          <w:i w:val="0"/>
          <w:color w:val="0F1A77"/>
          <w:sz w:val="52"/>
        </w:rPr>
        <w:t>[TITRE DU MÉMOIRE]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/>
          <w:sz w:val="30"/>
        </w:rPr>
        <w:t>[Sous-titre éventuel]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Présenté et soutenu par [Prénom NOM]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le [date de soutenance]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Devant le jury composé de 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60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[Prénom NOM]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[Fonction, établissement]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Directeur ou directrice de mémoire</w:t>
            </w:r>
          </w:p>
        </w:tc>
      </w:tr>
      <w:tr>
        <w:tc>
          <w:tcPr>
            <w:tcW w:type="dxa" w:w="260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[Prénom NOM]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[Fonction, établissement]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Membre du jury</w:t>
            </w:r>
          </w:p>
        </w:tc>
      </w:tr>
      <w:tr>
        <w:tc>
          <w:tcPr>
            <w:tcW w:type="dxa" w:w="260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[Prénom NOM]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[Fonction, établissement]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Membre du jury</w:t>
            </w:r>
          </w:p>
        </w:tc>
      </w:tr>
    </w:tbl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color w:val="6B6B6B"/>
          <w:sz w:val="22"/>
        </w:rPr>
        <w:t>Année universitaire [20XX-20XX]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</w:tblGrid>
      <w:tr>
        <w:trPr>
          <w:trHeight w:val="1474"/>
        </w:trPr>
        <w:tc>
          <w:tcPr>
            <w:tcW w:type="dxa" w:w="3402"/>
            <w:tcBorders>
              <w:top w:val="single" w:sz="6" w:color="9A9A9A"/>
              <w:left w:val="single" w:sz="6" w:color="9A9A9A"/>
              <w:bottom w:val="single" w:sz="6" w:color="9A9A9A"/>
              <w:right w:val="single" w:sz="6" w:color="9A9A9A"/>
            </w:tcBorders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/>
                <w:color w:val="6B6B6B"/>
                <w:sz w:val="20"/>
              </w:rPr>
              <w:t>[Logo de l'institut ou de l'école]</w:t>
            </w:r>
          </w:p>
        </w:tc>
      </w:tr>
    </w:tbl>
    <w:p>
      <w:pPr>
        <w:spacing w:after="200"/>
      </w:pPr>
    </w:p>
    <w:p>
      <w:pPr>
        <w:spacing w:before="0" w:after="80"/>
        <w:jc w:val="center"/>
      </w:pPr>
      <w:r>
        <w:rPr>
          <w:rFonts w:ascii="Arial" w:hAnsi="Arial" w:eastAsia="Arial"/>
          <w:b/>
          <w:i w:val="0"/>
          <w:sz w:val="30"/>
        </w:rPr>
        <w:t>[NOM DE L'INSTITUT OU DE L'ÉCOLE]</w:t>
      </w:r>
    </w:p>
    <w:p>
      <w:pPr>
        <w:spacing w:before="0" w:after="80"/>
        <w:jc w:val="center"/>
      </w:pPr>
      <w:r>
        <w:rPr>
          <w:rFonts w:ascii="Arial" w:hAnsi="Arial" w:eastAsia="Arial"/>
          <w:b w:val="0"/>
          <w:i w:val="0"/>
          <w:sz w:val="26"/>
        </w:rPr>
        <w:t>[Diplôme préparé]</w:t>
      </w:r>
    </w:p>
    <w:p>
      <w:pPr>
        <w:spacing w:before="0" w:after="80"/>
        <w:jc w:val="center"/>
      </w:pPr>
      <w:r>
        <w:rPr>
          <w:rFonts w:ascii="Arial" w:hAnsi="Arial" w:eastAsia="Arial"/>
          <w:b w:val="0"/>
          <w:i w:val="0"/>
          <w:sz w:val="26"/>
        </w:rPr>
        <w:t>Promotion [20XX-20XX]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Arial" w:hAnsi="Arial" w:eastAsia="Arial"/>
          <w:b/>
          <w:i w:val="0"/>
          <w:sz w:val="28"/>
        </w:rPr>
        <w:t>MÉMOIRE DE FIN D'ÉTUDES</w:t>
      </w:r>
    </w:p>
    <w:p>
      <w:pPr>
        <w:spacing w:before="0" w:after="680"/>
        <w:jc w:val="center"/>
      </w:pPr>
    </w:p>
    <w:p>
      <w:pPr>
        <w:spacing w:before="0" w:after="160"/>
        <w:jc w:val="center"/>
      </w:pPr>
      <w:r>
        <w:rPr>
          <w:rFonts w:ascii="Arial" w:hAnsi="Arial" w:eastAsia="Arial"/>
          <w:b/>
          <w:i w:val="0"/>
          <w:color w:val="0F1A77"/>
          <w:sz w:val="52"/>
        </w:rPr>
        <w:t>[TITRE DU MÉMOIRE]</w:t>
      </w:r>
    </w:p>
    <w:p>
      <w:pPr>
        <w:spacing w:before="0" w:after="80"/>
        <w:jc w:val="center"/>
      </w:pPr>
      <w:r>
        <w:rPr>
          <w:rFonts w:ascii="Arial" w:hAnsi="Arial" w:eastAsia="Arial"/>
          <w:b w:val="0"/>
          <w:i/>
          <w:sz w:val="30"/>
        </w:rPr>
        <w:t>[Sous-titre éventuel]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Arial" w:hAnsi="Arial" w:eastAsia="Arial"/>
          <w:b w:val="0"/>
          <w:i w:val="0"/>
          <w:sz w:val="26"/>
        </w:rPr>
        <w:t>[Prénom NOM]</w:t>
      </w:r>
    </w:p>
    <w:p>
      <w:pPr>
        <w:spacing w:before="0" w:after="80"/>
        <w:jc w:val="center"/>
      </w:pPr>
      <w:r>
        <w:rPr>
          <w:rFonts w:ascii="Arial" w:hAnsi="Arial" w:eastAsia="Arial"/>
          <w:b w:val="0"/>
          <w:i w:val="0"/>
          <w:sz w:val="26"/>
        </w:rPr>
        <w:t>Formateur ou formatrice référent(e) : [Prénom NOM]</w:t>
      </w:r>
    </w:p>
    <w:p>
      <w:pPr>
        <w:spacing w:before="0" w:after="80"/>
        <w:jc w:val="center"/>
      </w:pPr>
      <w:r>
        <w:rPr>
          <w:rFonts w:ascii="Arial" w:hAnsi="Arial" w:eastAsia="Arial"/>
          <w:b w:val="0"/>
          <w:i w:val="0"/>
          <w:sz w:val="26"/>
        </w:rPr>
        <w:t>[Unité d'enseignement, si votre institut la demande]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Arial" w:hAnsi="Arial" w:eastAsia="Arial"/>
          <w:b w:val="0"/>
          <w:i w:val="0"/>
          <w:color w:val="6B6B6B"/>
          <w:sz w:val="22"/>
        </w:rPr>
        <w:t>Date de dépôt : [date]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Modèles de page de garde de mémoire</dc:title>
  <dc:subject>Modèles de page de garde de mémoire</dc:subject>
  <dc:creator>Impression-Mémoire</dc:creator>
  <cp:keywords>page de garde, mémoire, modèle Word</cp:keywords>
  <dc:description/>
  <cp:lastModifiedBy>Impression-Mémoire</cp:lastModifiedBy>
  <cp:revision>1</cp:revision>
  <dcterms:created xsi:type="dcterms:W3CDTF">2026-10-06T09:00:00Z</dcterms:created>
  <dcterms:modified xsi:type="dcterms:W3CDTF">2026-10-06T09:00:00Z</dcterms:modified>
  <cp:category/>
</cp:coreProperties>
</file>